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 LA JUNTA ELECTORAL DE ZONA DE [localidad]</w:t>
      </w:r>
    </w:p>
    <w:p>
      <w:r/>
    </w:p>
    <w:p>
      <w:r>
        <w:t>[Nombre y apellidos], con DNI [número], domicilio en [dirección], teléfono [teléfono] y correo electrónico [correo],</w:t>
      </w:r>
    </w:p>
    <w:p>
      <w:r/>
    </w:p>
    <w:p>
      <w:r>
        <w:rPr>
          <w:b/>
        </w:rPr>
        <w:t>EXPONGO:</w:t>
      </w:r>
    </w:p>
    <w:p>
      <w:r/>
    </w:p>
    <w:p>
      <w:r>
        <w:t>1. Que he sido designado/a [presidente/a | vocal 1.º | vocal 2.º | suplente de …] de la Mesa Electoral [distrito, sección y mesa, p. ej. 01-004-B] del municipio de [municipio] para las Elecciones Generales del 29 de noviembre de 2026, según notificación recibida el [fecha].</w:t>
      </w:r>
    </w:p>
    <w:p>
      <w:r/>
    </w:p>
    <w:p>
      <w:r>
        <w:t>2. Que concurre en mí la siguiente causa que me impide aceptar el cargo, prevista en el artículo 27.3 de la LOREG y en la Instrucción 6/2011 de la Junta Electoral Central:</w:t>
      </w:r>
    </w:p>
    <w:p>
      <w:r>
        <w:t>[Describe la causa en una o dos frases. Ejemplos: «Tengo 67 años». «Tengo reconocida una discapacidad». «Estoy de baja por incapacidad temporal desde el [fecha]». «Estoy embarazada de más de seis meses». «Tengo reducción de jornada por guarda legal de un hijo menor de 12 años». «Trabajo como [profesión] en un servicio esencial el día de la votación».]</w:t>
      </w:r>
    </w:p>
    <w:p>
      <w:r/>
    </w:p>
    <w:p>
      <w:r>
        <w:t>3. Que acompaño los siguientes documentos que lo acreditan:</w:t>
      </w:r>
    </w:p>
    <w:p>
      <w:r>
        <w:t>- [Documento 1, p. ej. copia del DNI]</w:t>
      </w:r>
    </w:p>
    <w:p>
      <w:r>
        <w:t>- [Documento 2, p. ej. certificado de discapacidad / parte de baja / informe médico / certificado de la empresa]</w:t>
      </w:r>
    </w:p>
    <w:p>
      <w:r/>
    </w:p>
    <w:p>
      <w:r>
        <w:rPr>
          <w:b/>
        </w:rPr>
        <w:t>Por todo ello, SOLICITO:</w:t>
      </w:r>
    </w:p>
    <w:p>
      <w:r/>
    </w:p>
    <w:p>
      <w:r>
        <w:t>Que se tenga por presentada en plazo esta excusa, se acepte la causa alegada y se me releve del cargo de [cargo] de la Mesa [identificación], comunicándolo al suplente que corresponda.</w:t>
      </w:r>
    </w:p>
    <w:p>
      <w:r/>
    </w:p>
    <w:p>
      <w:r>
        <w:t>En [lugar], a [fecha].</w:t>
      </w:r>
    </w:p>
    <w:p>
      <w:r/>
    </w:p>
    <w:p>
      <w:r>
        <w:t>Firma: ______________________</w:t>
      </w:r>
    </w:p>
    <w:p>
      <w:r>
        <w:br w:type="page"/>
      </w:r>
    </w:p>
    <w:p>
      <w:r>
        <w:rPr>
          <w:b/>
        </w:rPr>
        <w:t>ANEXO: párrafos opcionales según la causa</w:t>
      </w:r>
    </w:p>
    <w:p>
      <w:r>
        <w:t>Sustituye el texto del punto 2 por el párrafo que encaje con tu caso, rellena los corchetes y borra este anexo antes de presentar el escrito.</w:t>
      </w:r>
    </w:p>
    <w:p>
      <w:r>
        <w:rPr>
          <w:b/>
        </w:rPr>
        <w:t>Vivo en otra comunidad autónoma</w:t>
      </w:r>
    </w:p>
    <w:p>
      <w:r>
        <w:t>Que desde el [fecha] mi residencia habitual está en [municipio, provincia], en la comunidad autónoma de [comunidad], distinta de aquella en la que estoy empadronado/a, por [motivo: trabajo, estudios…]. Desplazarme a [municipio de la mesa] para estar a las 8:00 del 29 de noviembre y permanecer hasta el final del escrutinio me supone [describe la dificultad: distancia de X km, horario de trabajo del lunes 30, coste del viaje…], lo que encaja en la causa 6.ª del apartado Segundo.2 de la Instrucción 6/2011 de la Junta Electoral Central. Adjunto [contrato de alquiler / certificado de la empresa o del centro de estudios] y [otros].</w:t>
      </w:r>
    </w:p>
    <w:p>
      <w:r>
        <w:rPr>
          <w:b/>
        </w:rPr>
        <w:t>Estoy temporalmente en el extranjero (ERTA, Erasmus, trabajo)</w:t>
      </w:r>
    </w:p>
    <w:p>
      <w:r>
        <w:t>Que me encuentro temporalmente en [país] desde el [fecha] y hasta el [fecha] por [Erasmus / trabajo / estudios], de modo que el 29 de noviembre de 2026 no estaré en España. Solicito que la Junta valore esta situación como análoga a las previstas en la Instrucción 6/2011 (apartado Primero.4). Adjunto [certificado de la universidad o de la empresa de destino / contrato / billetes].</w:t>
      </w:r>
    </w:p>
    <w:p>
      <w:r>
        <w:rPr>
          <w:b/>
        </w:rPr>
        <w:t>Tengo un examen u oposición</w:t>
      </w:r>
    </w:p>
    <w:p>
      <w:r>
        <w:t>Que el [día] de [mes] de 2026 a las [hora] debo realizar en [ciudad] el examen de [asignatura / prueba / oposición], convocado por [centro u organismo] con fecha anterior a la convocatoria electoral y que no puede aplazarse, según acredita el documento adjunto. Formar parte de la mesa el 29 de noviembre, hasta el final del escrutinio, me impediría [presentarme / llegar / prepararme con normalidad]. Solicito que la Junta lo valore conforme al apartado Primero.4 de la Instrucción 6/2011. Adjunto [certificado del centro / convocatoria oficial con fecha].</w:t>
      </w:r>
    </w:p>
    <w:p>
      <w:r>
        <w:rPr>
          <w:b/>
        </w:rPr>
        <w:t>Trabajo en un servicio esencial ese día</w:t>
      </w:r>
    </w:p>
    <w:p>
      <w:r>
        <w:t>Que el 29 de noviembre de 2026 debo prestar servicio como [puesto] en [centro, p. ej. hospital, bomberos, protección civil], servicio esencial de la comunidad, en turno de [hora] a [hora]. Adjunto informe del responsable del servicio en el que se detallan los motivos que impiden o hacen particularmente difícil mi sustitución ese día, conforme al apartado Cuarto.2.º de la Instrucción 6/2011.</w:t>
      </w:r>
    </w:p>
    <w:p>
      <w:r>
        <w:rPr>
          <w:b/>
        </w:rPr>
        <w:t>Trabajo fuera o a turnos (no esencial)</w:t>
      </w:r>
    </w:p>
    <w:p>
      <w:r>
        <w:t>Que trabajo como [puesto] en [empresa], en [ciudad o país], y el 29 de noviembre de 2026 [tengo turno de … / estaré desplazado/a en …]. Adjunto certificado de la empresa sobre [el turno / el desplazamiento] y sobre la dificultad de sustituirme. Solicito que la Junta lo valore conforme al apartado Primero.4 de la Instrucción 6/2011.</w:t>
      </w:r>
    </w:p>
    <w:p>
      <w:r>
        <w:rPr>
          <w:b/>
        </w:rPr>
        <w:t>Aviso a tu empresa (no se presenta a la Junta)</w:t>
      </w:r>
    </w:p>
    <w:p>
      <w:r>
        <w:t>Asunto: permiso por ser miembro de mesa electoral el 29-N.</w:t>
        <w:br/>
        <w:br/>
        <w:t>Como acredito con la notificación adjunta, he sido designado/a [presidente/a | vocal] de la Mesa [identificación] para las Elecciones Generales del domingo 29 de noviembre de 2026. Conforme al artículo 28.1 de la LOREG y al artículo 13.3 del Real Decreto 605/1999, solicito: (1) permiso retribuido de jornada completa el domingo 29, en el que tengo turno de [hora] a [hora]; y (2) la reducción de cinco horas de mi jornada del lunes 30 de noviembre (turno de [hora] a [hora]), que propongo disfrutar [entrando a las … / saliendo a las …]. Después de la jornada entregaré el certificado de haber formado parte de la mesa.</w:t>
      </w:r>
    </w:p>
    <w:p>
      <w:r>
        <w:rPr>
          <w:b/>
        </w:rPr>
        <w:t>Soy profesional en un evento ese día (autónomos)</w:t>
      </w:r>
    </w:p>
    <w:p>
      <w:r>
        <w:t>Que el 29 de noviembre de 2026 debo participar como [función] en [evento] en [lugar], previsto desde el [fecha], antes de la convocatoria electoral. No puedo ser sustituido/a y mi ausencia obligaría a suspenderlo, con perjuicios económicos relevantes, como acreditan los documentos adjuntos (apartado Cuarto.4.º de la Instrucción 6/2011).</w:t>
      </w:r>
    </w:p>
    <w:p>
      <w:r>
        <w:rPr>
          <w:b/>
        </w:rPr>
        <w:t>Cuido de un familiar dependiente (también si cobro por ello)</w:t>
      </w:r>
    </w:p>
    <w:p>
      <w:r>
        <w:t>Que tengo a mi cargo el cuidado directo y continuo de [parentesco: madre, padre, suegra, hermano…], familiar en [primer/segundo] grado, que por [edad / accidente / enfermedad] no puede valerse por sí mismo/a. Lo acredito con [copia del escrito de reducción de jornada del artículo 37.6 del Estatuto de los Trabajadores / certificación de los servicios sociales de la comunidad autónoma o del ayuntamiento, p. ej. la resolución que me reconoce como persona cuidadora]. Es la causa 3.ª del apartado Tercero.1 de la Instrucción 6/2011.</w:t>
      </w:r>
    </w:p>
    <w:p>
      <w:r>
        <w:rPr>
          <w:b/>
        </w:rPr>
        <w:t>Tengo hijos menores de 12 años a mi cargo</w:t>
      </w:r>
    </w:p>
    <w:p>
      <w:r>
        <w:t>Que tengo a mi cargo el cuidado directo y continuo, por guarda legal, de [número] hijo/s menor/es de doce años, nacido/s el [fecha]. Adjunto [copia del escrito de reducción de jornada por guarda legal / certificación de servicios sociales]. Es la causa 2.ª del apartado Tercero.1 de la Instrucción 6/2011.</w:t>
      </w:r>
    </w:p>
    <w:p>
      <w:r>
        <w:rPr>
          <w:b/>
        </w:rPr>
        <w:t>Estoy en periodo de lactancia</w:t>
      </w:r>
    </w:p>
    <w:p>
      <w:r>
        <w:t>Que estoy al cuidado de un lactante, nacido el [fecha]. Adjunto certificación de la reducción de jornada por lactancia expedida por [la empresa / las empresas de los progenitores] y copia del libro de familia o certificado del Registro Civil. Es la causa 1.ª del apartado Tercero.1 de la Instrucción 6/2011.</w:t>
      </w:r>
    </w:p>
    <w:p>
      <w:r>
        <w:rPr>
          <w:b/>
        </w:rPr>
        <w:t>Familia monoparental o el otro progenitor no puede</w:t>
      </w:r>
    </w:p>
    <w:p>
      <w:r>
        <w:t>Que soy [madre / padre] de [número] hijo/s menor/es de catorce años y [formo una familia monoparental / el otro progenitor no puede ocuparse de ellos el 29 de noviembre porque …]. Adjunto [título de familia monoparental / libro de familia / certificado de la empresa del otro progenitor / otros]. Solicito que se valore conforme a la causa 2.ª del apartado Tercero.2 de la Instrucción 6/2011.</w:t>
      </w:r>
    </w:p>
    <w:p>
      <w:r>
        <w:rPr>
          <w:b/>
        </w:rPr>
        <w:t>Boda u otro evento familiar ese día</w:t>
      </w:r>
    </w:p>
    <w:p>
      <w:r>
        <w:t>Que el 29 de noviembre de 2026 se celebra [mi boda / la boda de mi hermana / …] en [lugar], evento familiar inaplazable [o cuyo aplazamiento causaría perjuicios económicos importantes]. Adjunto [contrato con el lugar de celebración / reserva / documento del registro civil o de la parroquia] y [justificantes de los perjuicios]. Es la causa 1.ª del apartado Tercero.2 de la Instrucción 6/2011.</w:t>
      </w:r>
    </w:p>
    <w:p>
      <w:r>
        <w:rPr>
          <w:b/>
        </w:rPr>
        <w:t>Embarazo, baja médica u operación</w:t>
      </w:r>
    </w:p>
    <w:p>
      <w:r>
        <w:t>Que [estoy embarazada de [x] meses, con fecha probable de parto el …] / [estoy de baja por incapacidad temporal desde el …] / [tengo prevista una intervención o prueba inaplazable el … en …]. Adjunto [certificado médico / parte de baja / citación e informe del centro sanitario]. Es una causa del apartado Segundo de la Instrucción 6/2011.</w:t>
      </w:r>
    </w:p>
    <w:p>
      <w:r>
        <w:rPr>
          <w:i/>
          <w:sz w:val="18"/>
        </w:rPr>
        <w:t>Modelo orientativo y gratuito de RutaTrámite (rutatramite.com), revisado el 23-10-2026 con la LOREG y la Instrucción 6/2011 de la Junta Electoral Central. Decide la Junta Electoral de Zona.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